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שמחה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"שמחה"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תחושה טובה מבפנים שאפשר לגלות, לשמור עליה ולשתף בה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להוביל אחרים בדוגמה אישית, בהקשבה ובאחריות למטרה משותפת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לתת מזמננו ומכוחנו לאחרים מרצון, בלי לצפות לתמורה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האנשים הקרובים שדואגים לנו ושאנחנו דואגים להם, בכל צורה ובכל גודל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שמתחלקת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😄 שמחה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שמחה – תחושה טובה מבפנים שאפשר לגלות, לשמור עליה ולשתף בה אחרים.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אדל קיבלה ציון מצוין במבחן, אבל החבר שיושב לידה קיבל ציון נמוך ונראה עצוב. היא מאוד שמחה ורצתה לספר לכולם. איך אפשר לשמוח בשמחה שלנו ועדיין להתחשב בחבר?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עושים כשאנחנו שמחים וחבר שלנו עצוב?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עוזר לכם לחזור לחייך אחרי יום קשה?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"שמחה"?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לחייך לשלושה אנשים ביום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בבית על רגע שמח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מצחיק ונעים עם חבר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😄 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להוביל אחרים בדוגמה אישית, בהקשבה ובאחריות למטרה משותפת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 מנהיגות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לתת מזמננו ומכוחנו לאחרים מרצון, בלי לצפות לתמורה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🙌 התנדבות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האנשים הקרובים שדואגים לנו ושאנחנו דואגים להם, בכל צורה ובכל גודל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🏡 משפחה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תחושה טובה מבפנים שאפשר לגלות, לשמור עליה ולשתף בה אחרים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"שמחה ________ לא נגמרת, היא רק גדלה"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מתחיל בפה ונגמר בעיניים, ואני הכי יפה כשמחלקים אותי.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לחייך לשלושה אנשים ביום · לעשות משהו מצחיק ונעים עם חבר · לספר בבית על רגע שמח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מה ששמח אותי?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הרגע הכי שמח שלכם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שמחה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