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"אמון"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לסמוך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trust / доверие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promise / обещание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secret / секрет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to rely on / полагаться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🤝 אמון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אמון זה לדעת שאפשר לסמוך על מישהו. עושים מה שמבטיחים.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trust · доверие · እምነት · ثقة · confiance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promise · обещание · ቃል ኪዳን · وعد · promesse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secret · секрет · ምስጢር · سر · secret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לסמוך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rely on · полагаться · መተማመን · يعتمد على · compter sur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אמון  |  הבטחה  |  סוד  |  לסמוך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to rely on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הבטחה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לסמוך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אמון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to rely on / полагаться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הבטחה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trust / доверие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promise / обещание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לסמוך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secret / секрет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לדעת שאפשר לסמוך על מישהו. עושים מה שמבטיחים.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"אמון".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מי אתם סומכים בבית או בכיתה,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לקיים הבטחה אחת קטנה / להחזיר כל דבר ששאלתי)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