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אמון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לתרגל את ערך השבוע "אמון"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כל השכבות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מקריאים יחד את משפט השבוע ומצביעים על התמונות.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פריט אחד בכל פעם; מותר לענות בעל פה ולמורה לכתוב.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🤝 אמון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זה לא מעשה טוב לערך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לִסְמוֹךְ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ציור או משפט קצר שמראה מעשה אחד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🤝 אמון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🤝 🔑 💛  משפט השבוע: אֶפְשָׁר לִסְמוֹךְ עָלַי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יְכוֹלָה  |  שִׂמְחָה  |  לִסְמוֹךְ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ומבינים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על איזה ערך המשפט "אֶפְשָׁר לִסְמוֹךְ עָלַי"?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🤝 אמון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😄 שמחה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מעשה טוב או לא?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✔ בעמודה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להחזיר כל דבר ששאלתי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לספר סוד של חבר או חברה לכולם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לקיים הבטחה אחת קטנה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משלימים מילה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בחרו מילה מבנק המילים.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אֶפְשָׁר ________ עָלַי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אני והערך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על מי אתם סומכים בבית או בכיתה, ולמה?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ציור או כתיבה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ציירו או כתבו: מה אני אעשה השבוע?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רעיון: לקיים הבטחה אחת קטנה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היום למדתי על הערך: 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אני מרגיש או מרגישה?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אמון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